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3ABD3" w14:textId="77777777" w:rsidR="00AE063B" w:rsidRPr="007C0C46" w:rsidRDefault="007C0C46">
      <w:pPr>
        <w:pStyle w:val="Ttulo"/>
        <w:rPr>
          <w:lang w:val="es-MX"/>
        </w:rPr>
      </w:pPr>
      <w:r w:rsidRPr="007C0C46">
        <w:rPr>
          <w:lang w:val="es-MX"/>
        </w:rPr>
        <w:t>Plan de Acción: Mejora de la Motivación y Coaching del Desempeño</w:t>
      </w:r>
    </w:p>
    <w:p w14:paraId="48A3874F" w14:textId="77777777" w:rsidR="00AE063B" w:rsidRPr="007C0C46" w:rsidRDefault="007C0C46">
      <w:pPr>
        <w:pStyle w:val="Ttulo1"/>
        <w:rPr>
          <w:lang w:val="es-MX"/>
        </w:rPr>
      </w:pPr>
      <w:r w:rsidRPr="007C0C46">
        <w:rPr>
          <w:lang w:val="es-MX"/>
        </w:rPr>
        <w:t>1. Datos Generales del Proyecto</w:t>
      </w:r>
    </w:p>
    <w:p w14:paraId="448AAA61" w14:textId="77777777" w:rsidR="00AE063B" w:rsidRPr="007C0C46" w:rsidRDefault="007C0C46">
      <w:pPr>
        <w:rPr>
          <w:lang w:val="es-MX"/>
        </w:rPr>
      </w:pPr>
      <w:r w:rsidRPr="007C0C46">
        <w:rPr>
          <w:lang w:val="es-MX"/>
        </w:rPr>
        <w:br/>
        <w:t>Nombre del Proyecto: ___________________________________________</w:t>
      </w:r>
      <w:r w:rsidRPr="007C0C46">
        <w:rPr>
          <w:lang w:val="es-MX"/>
        </w:rPr>
        <w:br/>
        <w:t xml:space="preserve">Responsable del Proyecto: </w:t>
      </w:r>
      <w:r w:rsidRPr="007C0C46">
        <w:rPr>
          <w:lang w:val="es-MX"/>
        </w:rPr>
        <w:t>_______________________________________</w:t>
      </w:r>
      <w:r w:rsidRPr="007C0C46">
        <w:rPr>
          <w:lang w:val="es-MX"/>
        </w:rPr>
        <w:br/>
        <w:t>Área / Departamento: ____________________________________________</w:t>
      </w:r>
      <w:r w:rsidRPr="007C0C46">
        <w:rPr>
          <w:lang w:val="es-MX"/>
        </w:rPr>
        <w:br/>
        <w:t>Fecha de Inicio: ______________________   Fecha de Término: ______________________</w:t>
      </w:r>
      <w:r w:rsidRPr="007C0C46">
        <w:rPr>
          <w:lang w:val="es-MX"/>
        </w:rPr>
        <w:br/>
      </w:r>
    </w:p>
    <w:p w14:paraId="16B72C6C" w14:textId="77777777" w:rsidR="00AE063B" w:rsidRPr="007C0C46" w:rsidRDefault="007C0C46">
      <w:pPr>
        <w:pStyle w:val="Ttulo1"/>
        <w:rPr>
          <w:lang w:val="es-MX"/>
        </w:rPr>
      </w:pPr>
      <w:r w:rsidRPr="007C0C46">
        <w:rPr>
          <w:lang w:val="es-MX"/>
        </w:rPr>
        <w:t>2. Diagnóstico Inicial</w:t>
      </w:r>
    </w:p>
    <w:p w14:paraId="0C2FF544" w14:textId="77777777" w:rsidR="00AE063B" w:rsidRPr="007C0C46" w:rsidRDefault="007C0C46">
      <w:pPr>
        <w:rPr>
          <w:lang w:val="es-MX"/>
        </w:rPr>
      </w:pPr>
      <w:r w:rsidRPr="007C0C46">
        <w:rPr>
          <w:lang w:val="es-MX"/>
        </w:rPr>
        <w:br/>
        <w:t>Breve descripción de los resultados del cuestionario aplicado sobre motivación:</w:t>
      </w:r>
      <w:r w:rsidRPr="007C0C46">
        <w:rPr>
          <w:lang w:val="es-MX"/>
        </w:rPr>
        <w:br/>
        <w:t>- Áreas de oportunidad identificadas:</w:t>
      </w:r>
      <w:r w:rsidRPr="007C0C46">
        <w:rPr>
          <w:lang w:val="es-MX"/>
        </w:rPr>
        <w:br/>
        <w:t xml:space="preserve">  • ____________________________________________________________</w:t>
      </w:r>
      <w:r w:rsidRPr="007C0C46">
        <w:rPr>
          <w:lang w:val="es-MX"/>
        </w:rPr>
        <w:br/>
        <w:t xml:space="preserve">  • ____________________________________________________________</w:t>
      </w:r>
      <w:r w:rsidRPr="007C0C46">
        <w:rPr>
          <w:lang w:val="es-MX"/>
        </w:rPr>
        <w:br/>
        <w:t xml:space="preserve">  • ____________________________________________________________</w:t>
      </w:r>
      <w:r w:rsidRPr="007C0C46">
        <w:rPr>
          <w:lang w:val="es-MX"/>
        </w:rPr>
        <w:br/>
      </w:r>
    </w:p>
    <w:p w14:paraId="26E0F6DD" w14:textId="77777777" w:rsidR="00AE063B" w:rsidRPr="007C0C46" w:rsidRDefault="007C0C46">
      <w:pPr>
        <w:pStyle w:val="Ttulo1"/>
        <w:rPr>
          <w:lang w:val="es-MX"/>
        </w:rPr>
      </w:pPr>
      <w:r w:rsidRPr="007C0C46">
        <w:rPr>
          <w:lang w:val="es-MX"/>
        </w:rPr>
        <w:t>3. Objetivos del Plan de Mejora</w:t>
      </w:r>
    </w:p>
    <w:p w14:paraId="1F6B48DD" w14:textId="77777777" w:rsidR="00AE063B" w:rsidRPr="007C0C46" w:rsidRDefault="007C0C46">
      <w:pPr>
        <w:rPr>
          <w:lang w:val="es-MX"/>
        </w:rPr>
      </w:pPr>
      <w:r w:rsidRPr="007C0C46">
        <w:rPr>
          <w:lang w:val="es-MX"/>
        </w:rPr>
        <w:br/>
        <w:t>Objetivo General:</w:t>
      </w:r>
      <w:r w:rsidRPr="007C0C46">
        <w:rPr>
          <w:lang w:val="es-MX"/>
        </w:rPr>
        <w:br/>
        <w:t>Impulsar la motivación y el desempeño del personal mediante la implementación de iniciativas específicas y sesiones de coaching individual y grupal.</w:t>
      </w:r>
      <w:r w:rsidRPr="007C0C46">
        <w:rPr>
          <w:lang w:val="es-MX"/>
        </w:rPr>
        <w:br/>
      </w:r>
      <w:r w:rsidRPr="007C0C46">
        <w:rPr>
          <w:lang w:val="es-MX"/>
        </w:rPr>
        <w:br/>
        <w:t>Objetivos Específicos:</w:t>
      </w:r>
      <w:r w:rsidRPr="007C0C46">
        <w:rPr>
          <w:lang w:val="es-MX"/>
        </w:rPr>
        <w:br/>
        <w:t>- Fomentar un ambiente laboral positivo y alineado a los valores organizacionales.</w:t>
      </w:r>
      <w:r w:rsidRPr="007C0C46">
        <w:rPr>
          <w:lang w:val="es-MX"/>
        </w:rPr>
        <w:br/>
        <w:t>- Desarrollar habilidades de autogestión y responsabilidad individual a través del coaching.</w:t>
      </w:r>
      <w:r w:rsidRPr="007C0C46">
        <w:rPr>
          <w:lang w:val="es-MX"/>
        </w:rPr>
        <w:br/>
        <w:t>- Generar seguimiento y retroalimentación continua sobre avances y compromisos.</w:t>
      </w:r>
      <w:r w:rsidRPr="007C0C46">
        <w:rPr>
          <w:lang w:val="es-MX"/>
        </w:rPr>
        <w:br/>
      </w:r>
    </w:p>
    <w:p w14:paraId="71D7122F" w14:textId="77777777" w:rsidR="00AE063B" w:rsidRPr="007C0C46" w:rsidRDefault="007C0C46">
      <w:pPr>
        <w:pStyle w:val="Ttulo1"/>
        <w:rPr>
          <w:lang w:val="es-MX"/>
        </w:rPr>
      </w:pPr>
      <w:r w:rsidRPr="007C0C46">
        <w:rPr>
          <w:lang w:val="es-MX"/>
        </w:rPr>
        <w:t>4. Iniciativas de Mejora de la Motivación</w:t>
      </w:r>
    </w:p>
    <w:p w14:paraId="62E1955A" w14:textId="77777777" w:rsidR="00AE063B" w:rsidRPr="007C0C46" w:rsidRDefault="007C0C46">
      <w:pPr>
        <w:rPr>
          <w:lang w:val="es-MX"/>
        </w:rPr>
      </w:pPr>
      <w:r w:rsidRPr="007C0C46">
        <w:rPr>
          <w:lang w:val="es-MX"/>
        </w:rPr>
        <w:br/>
        <w:t xml:space="preserve">| Iniciativa | Objetivo | </w:t>
      </w:r>
      <w:proofErr w:type="gramStart"/>
      <w:r w:rsidRPr="007C0C46">
        <w:rPr>
          <w:lang w:val="es-MX"/>
        </w:rPr>
        <w:t>Responsable</w:t>
      </w:r>
      <w:proofErr w:type="gramEnd"/>
      <w:r w:rsidRPr="007C0C46">
        <w:rPr>
          <w:lang w:val="es-MX"/>
        </w:rPr>
        <w:t xml:space="preserve"> | Fecha de Inicio | Fecha de Término | Indicador |</w:t>
      </w:r>
      <w:r w:rsidRPr="007C0C46">
        <w:rPr>
          <w:lang w:val="es-MX"/>
        </w:rPr>
        <w:br/>
        <w:t>|------------|----------|-------------|------------------|------------------|-----------|</w:t>
      </w:r>
      <w:r w:rsidRPr="007C0C46">
        <w:rPr>
          <w:lang w:val="es-MX"/>
        </w:rPr>
        <w:br/>
        <w:t xml:space="preserve">| </w:t>
      </w:r>
      <w:proofErr w:type="spellStart"/>
      <w:r w:rsidRPr="007C0C46">
        <w:rPr>
          <w:lang w:val="es-MX"/>
        </w:rPr>
        <w:t>Ej</w:t>
      </w:r>
      <w:proofErr w:type="spellEnd"/>
      <w:r w:rsidRPr="007C0C46">
        <w:rPr>
          <w:lang w:val="es-MX"/>
        </w:rPr>
        <w:t xml:space="preserve">: Reconocimiento mensual de logros | Incrementar sentido de pertenencia | RRHH | </w:t>
      </w:r>
      <w:r w:rsidRPr="007C0C46">
        <w:rPr>
          <w:lang w:val="es-MX"/>
        </w:rPr>
        <w:lastRenderedPageBreak/>
        <w:t xml:space="preserve">01/07/2025 | 30/09/2025 | </w:t>
      </w:r>
      <w:proofErr w:type="spellStart"/>
      <w:r w:rsidRPr="007C0C46">
        <w:rPr>
          <w:lang w:val="es-MX"/>
        </w:rPr>
        <w:t>Nº</w:t>
      </w:r>
      <w:proofErr w:type="spellEnd"/>
      <w:r w:rsidRPr="007C0C46">
        <w:rPr>
          <w:lang w:val="es-MX"/>
        </w:rPr>
        <w:t xml:space="preserve"> de reconocimientos otorgados |</w:t>
      </w:r>
      <w:r w:rsidRPr="007C0C46">
        <w:rPr>
          <w:lang w:val="es-MX"/>
        </w:rPr>
        <w:br/>
      </w:r>
    </w:p>
    <w:p w14:paraId="032B7657" w14:textId="77777777" w:rsidR="00AE063B" w:rsidRPr="007C0C46" w:rsidRDefault="007C0C46">
      <w:pPr>
        <w:pStyle w:val="Ttulo1"/>
        <w:rPr>
          <w:lang w:val="es-MX"/>
        </w:rPr>
      </w:pPr>
      <w:r w:rsidRPr="007C0C46">
        <w:rPr>
          <w:lang w:val="es-MX"/>
        </w:rPr>
        <w:t>5. Sistema de Coaching del Desempeño</w:t>
      </w:r>
    </w:p>
    <w:p w14:paraId="0E5EB13B" w14:textId="77777777" w:rsidR="007C0C46" w:rsidRDefault="007C0C46" w:rsidP="007C0C46">
      <w:pPr>
        <w:rPr>
          <w:lang w:val="es-MX"/>
        </w:rPr>
      </w:pPr>
      <w:r w:rsidRPr="007C0C46">
        <w:rPr>
          <w:lang w:val="es-MX"/>
        </w:rPr>
        <w:br/>
        <w:t>Estructura de sesiones:</w:t>
      </w:r>
      <w:r w:rsidRPr="007C0C46">
        <w:rPr>
          <w:lang w:val="es-MX"/>
        </w:rPr>
        <w:br/>
        <w:t xml:space="preserve">- </w:t>
      </w:r>
      <w:proofErr w:type="spellStart"/>
      <w:r w:rsidRPr="007C0C46">
        <w:rPr>
          <w:lang w:val="es-MX"/>
        </w:rPr>
        <w:t>Nº</w:t>
      </w:r>
      <w:proofErr w:type="spellEnd"/>
      <w:r w:rsidRPr="007C0C46">
        <w:rPr>
          <w:lang w:val="es-MX"/>
        </w:rPr>
        <w:t xml:space="preserve"> de sesiones por colaborador: ________</w:t>
      </w:r>
      <w:r w:rsidRPr="007C0C46">
        <w:rPr>
          <w:lang w:val="es-MX"/>
        </w:rPr>
        <w:br/>
        <w:t>- Frecuencia: ___________________________</w:t>
      </w:r>
      <w:r w:rsidRPr="007C0C46">
        <w:rPr>
          <w:lang w:val="es-MX"/>
        </w:rPr>
        <w:br/>
        <w:t>- Duración estimada por sesión: _________</w:t>
      </w:r>
      <w:r w:rsidRPr="007C0C46">
        <w:rPr>
          <w:lang w:val="es-MX"/>
        </w:rPr>
        <w:br/>
      </w:r>
      <w:r w:rsidRPr="007C0C46">
        <w:rPr>
          <w:lang w:val="es-MX"/>
        </w:rPr>
        <w:br/>
        <w:t>Enfoque de las sesiones:</w:t>
      </w:r>
      <w:r w:rsidRPr="007C0C46">
        <w:rPr>
          <w:lang w:val="es-MX"/>
        </w:rPr>
        <w:br/>
        <w:t>- Revisión de metas y desempeño individual.</w:t>
      </w:r>
      <w:r w:rsidRPr="007C0C46">
        <w:rPr>
          <w:lang w:val="es-MX"/>
        </w:rPr>
        <w:br/>
        <w:t>- Identificación de obstáculos internos o contextuales.</w:t>
      </w:r>
      <w:r w:rsidRPr="007C0C46">
        <w:rPr>
          <w:lang w:val="es-MX"/>
        </w:rPr>
        <w:br/>
        <w:t>- Generación de compromisos y prácticas de mejora.</w:t>
      </w:r>
      <w:r w:rsidRPr="007C0C46">
        <w:rPr>
          <w:lang w:val="es-MX"/>
        </w:rPr>
        <w:br/>
        <w:t>- Seguimiento del progreso y ajustes necesarios.</w:t>
      </w:r>
      <w:r w:rsidRPr="007C0C46">
        <w:rPr>
          <w:lang w:val="es-MX"/>
        </w:rPr>
        <w:br/>
      </w:r>
      <w:r w:rsidRPr="007C0C46">
        <w:rPr>
          <w:lang w:val="es-MX"/>
        </w:rPr>
        <w:br/>
        <w:t xml:space="preserve">Registro de sesiones </w:t>
      </w:r>
      <w:r>
        <w:rPr>
          <w:lang w:val="es-MX"/>
        </w:rPr>
        <w:t>en documento anexo: Formatos de coaching</w:t>
      </w:r>
      <w:r w:rsidRPr="007C0C46">
        <w:rPr>
          <w:lang w:val="es-MX"/>
        </w:rPr>
        <w:br/>
      </w:r>
    </w:p>
    <w:p w14:paraId="6205EE31" w14:textId="7DA06C11" w:rsidR="00AE063B" w:rsidRPr="007C0C46" w:rsidRDefault="007C0C46" w:rsidP="007C0C4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MX"/>
        </w:rPr>
      </w:pPr>
      <w:r w:rsidRPr="007C0C46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MX"/>
        </w:rPr>
        <w:t>6. Seguimiento y Evaluación</w:t>
      </w:r>
    </w:p>
    <w:p w14:paraId="188FAD0A" w14:textId="77777777" w:rsidR="00AE063B" w:rsidRPr="007C0C46" w:rsidRDefault="007C0C46">
      <w:pPr>
        <w:rPr>
          <w:lang w:val="es-MX"/>
        </w:rPr>
      </w:pPr>
      <w:r w:rsidRPr="007C0C46">
        <w:rPr>
          <w:lang w:val="es-MX"/>
        </w:rPr>
        <w:br/>
      </w:r>
      <w:r w:rsidRPr="007C0C46">
        <w:rPr>
          <w:lang w:val="es-MX"/>
        </w:rPr>
        <w:t>Indicadores sugeridos:</w:t>
      </w:r>
      <w:r w:rsidRPr="007C0C46">
        <w:rPr>
          <w:lang w:val="es-MX"/>
        </w:rPr>
        <w:br/>
        <w:t>- Nivel de satisfacción con el ambiente laboral (pre/post)</w:t>
      </w:r>
      <w:r w:rsidRPr="007C0C46">
        <w:rPr>
          <w:lang w:val="es-MX"/>
        </w:rPr>
        <w:br/>
        <w:t>- Cumplimiento de compromisos individuales del coaching</w:t>
      </w:r>
      <w:r w:rsidRPr="007C0C46">
        <w:rPr>
          <w:lang w:val="es-MX"/>
        </w:rPr>
        <w:br/>
        <w:t>- Reducción de quejas o rotación voluntaria</w:t>
      </w:r>
      <w:r w:rsidRPr="007C0C46">
        <w:rPr>
          <w:lang w:val="es-MX"/>
        </w:rPr>
        <w:br/>
        <w:t xml:space="preserve">- Aumento del rendimiento o cumplimiento de </w:t>
      </w:r>
      <w:proofErr w:type="spellStart"/>
      <w:r w:rsidRPr="007C0C46">
        <w:rPr>
          <w:lang w:val="es-MX"/>
        </w:rPr>
        <w:t>KPIs</w:t>
      </w:r>
      <w:proofErr w:type="spellEnd"/>
      <w:r w:rsidRPr="007C0C46">
        <w:rPr>
          <w:lang w:val="es-MX"/>
        </w:rPr>
        <w:br/>
      </w:r>
      <w:r w:rsidRPr="007C0C46">
        <w:rPr>
          <w:lang w:val="es-MX"/>
        </w:rPr>
        <w:br/>
        <w:t>Frecuencia de evaluación: _______________________________</w:t>
      </w:r>
      <w:r w:rsidRPr="007C0C46">
        <w:rPr>
          <w:lang w:val="es-MX"/>
        </w:rPr>
        <w:br/>
        <w:t>Responsables del seguimiento: ___________________________</w:t>
      </w:r>
      <w:r w:rsidRPr="007C0C46">
        <w:rPr>
          <w:lang w:val="es-MX"/>
        </w:rPr>
        <w:br/>
      </w:r>
    </w:p>
    <w:sectPr w:rsidR="00AE063B" w:rsidRPr="007C0C4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0994195">
    <w:abstractNumId w:val="8"/>
  </w:num>
  <w:num w:numId="2" w16cid:durableId="1865747220">
    <w:abstractNumId w:val="6"/>
  </w:num>
  <w:num w:numId="3" w16cid:durableId="262152538">
    <w:abstractNumId w:val="5"/>
  </w:num>
  <w:num w:numId="4" w16cid:durableId="209417710">
    <w:abstractNumId w:val="4"/>
  </w:num>
  <w:num w:numId="5" w16cid:durableId="697583950">
    <w:abstractNumId w:val="7"/>
  </w:num>
  <w:num w:numId="6" w16cid:durableId="502016373">
    <w:abstractNumId w:val="3"/>
  </w:num>
  <w:num w:numId="7" w16cid:durableId="530144561">
    <w:abstractNumId w:val="2"/>
  </w:num>
  <w:num w:numId="8" w16cid:durableId="127474656">
    <w:abstractNumId w:val="1"/>
  </w:num>
  <w:num w:numId="9" w16cid:durableId="1178615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C0C46"/>
    <w:rsid w:val="00AA1D8D"/>
    <w:rsid w:val="00AE063B"/>
    <w:rsid w:val="00B47730"/>
    <w:rsid w:val="00CB0664"/>
    <w:rsid w:val="00CF64A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CBBA27"/>
  <w14:defaultImageDpi w14:val="300"/>
  <w15:docId w15:val="{B348D290-6E9D-4740-9170-78B910EB6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372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Rodrigo Calderón</cp:lastModifiedBy>
  <cp:revision>2</cp:revision>
  <dcterms:created xsi:type="dcterms:W3CDTF">2025-06-30T04:46:00Z</dcterms:created>
  <dcterms:modified xsi:type="dcterms:W3CDTF">2025-06-30T04:46:00Z</dcterms:modified>
  <cp:category/>
</cp:coreProperties>
</file>